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1093E" w14:textId="7DF6C806" w:rsidR="00622DDE" w:rsidRPr="00622DDE" w:rsidRDefault="00622DDE">
      <w:pPr>
        <w:jc w:val="center"/>
        <w:rPr>
          <w:rFonts w:ascii="Aptos Display" w:hAnsi="Aptos Display"/>
          <w:b/>
          <w:color w:val="2F75B5"/>
          <w:lang w:val="sk-SK"/>
        </w:rPr>
      </w:pPr>
      <w:r w:rsidRPr="00622DDE">
        <w:rPr>
          <w:noProof/>
          <w:lang w:val="sk-SK"/>
        </w:rPr>
        <w:drawing>
          <wp:inline distT="0" distB="0" distL="0" distR="0" wp14:anchorId="7F648CCE" wp14:editId="4F7ABA23">
            <wp:extent cx="941990" cy="432748"/>
            <wp:effectExtent l="0" t="0" r="0" b="5715"/>
            <wp:docPr id="3" name="Obrázok 2" descr="Obrázok, na ktorom je text, písmo, logo, grafika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1F889E5-0C85-413E-B0D5-30BF278868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 descr="Obrázok, na ktorom je text, písmo, logo, grafika&#10;&#10;Automaticky generovaný popis">
                      <a:extLst>
                        <a:ext uri="{FF2B5EF4-FFF2-40B4-BE49-F238E27FC236}">
                          <a16:creationId xmlns:a16="http://schemas.microsoft.com/office/drawing/2014/main" id="{01F889E5-0C85-413E-B0D5-30BF278868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90" cy="43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067EF" w14:textId="77777777" w:rsidR="003C506D" w:rsidRPr="00622DDE" w:rsidRDefault="00DD0B19">
      <w:pPr>
        <w:spacing w:after="0"/>
        <w:jc w:val="center"/>
        <w:rPr>
          <w:lang w:val="sk-SK"/>
        </w:rPr>
      </w:pPr>
      <w:r w:rsidRPr="00622DDE">
        <w:rPr>
          <w:rFonts w:ascii="Aptos Display" w:hAnsi="Aptos Display"/>
          <w:b/>
          <w:color w:val="17365D"/>
          <w:sz w:val="44"/>
          <w:lang w:val="sk-SK"/>
        </w:rPr>
        <w:t>CENA KAROLA FEŇVEŠA</w:t>
      </w:r>
    </w:p>
    <w:p w14:paraId="7DC010B7" w14:textId="77777777" w:rsidR="003C506D" w:rsidRPr="00622DDE" w:rsidRDefault="00DD0B19">
      <w:pPr>
        <w:spacing w:after="160"/>
        <w:jc w:val="center"/>
        <w:rPr>
          <w:lang w:val="sk-SK"/>
        </w:rPr>
      </w:pPr>
      <w:r w:rsidRPr="00622DDE">
        <w:rPr>
          <w:b/>
          <w:color w:val="C9A227"/>
          <w:lang w:val="sk-SK"/>
        </w:rPr>
        <w:t>NOMINAČNÝ HÁROK  • 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3C506D" w:rsidRPr="00003D33" w14:paraId="554BCA89" w14:textId="77777777">
        <w:trPr>
          <w:jc w:val="center"/>
        </w:trPr>
        <w:tc>
          <w:tcPr>
            <w:tcW w:w="1042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9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C4E34F7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color w:val="666666"/>
                <w:sz w:val="19"/>
                <w:lang w:val="sk-SK"/>
              </w:rPr>
              <w:t>Nominujte mladého človeka, ktorý svojím talentom, tvorivosťou, vytrvalosťou alebo prínosom pre svoje okolie inšpiruje druhých.</w:t>
            </w:r>
          </w:p>
          <w:p w14:paraId="6F52C490" w14:textId="77777777" w:rsidR="003C506D" w:rsidRPr="00622DDE" w:rsidRDefault="00DD0B19">
            <w:pPr>
              <w:spacing w:before="60"/>
              <w:rPr>
                <w:lang w:val="sk-SK"/>
              </w:rPr>
            </w:pPr>
            <w:r w:rsidRPr="00622DDE">
              <w:rPr>
                <w:color w:val="666666"/>
                <w:sz w:val="18"/>
                <w:lang w:val="sk-SK"/>
              </w:rPr>
              <w:t>Vyplňte prosím všetky časti formulára. Pri odôvodnení nominácie uveďte konkrétne úspechy, aktivity alebo príklady, ktoré podľa vás nominanta charakterizujú.</w:t>
            </w:r>
          </w:p>
        </w:tc>
      </w:tr>
    </w:tbl>
    <w:p w14:paraId="57A5DE48" w14:textId="77777777" w:rsidR="003C506D" w:rsidRPr="00622DDE" w:rsidRDefault="003C506D">
      <w:pPr>
        <w:spacing w:after="40"/>
        <w:rPr>
          <w:lang w:val="sk-SK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26"/>
      </w:tblGrid>
      <w:tr w:rsidR="003C506D" w:rsidRPr="00003D33" w14:paraId="2CEF75D5" w14:textId="77777777">
        <w:trPr>
          <w:jc w:val="center"/>
        </w:trPr>
        <w:tc>
          <w:tcPr>
            <w:tcW w:w="1042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7365D"/>
          </w:tcPr>
          <w:p w14:paraId="114D5B4F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rFonts w:ascii="Aptos Display" w:hAnsi="Aptos Display"/>
                <w:b/>
                <w:color w:val="FFFFFF"/>
                <w:sz w:val="24"/>
                <w:lang w:val="sk-SK"/>
              </w:rPr>
              <w:t>1  |  ÚDAJE O NOMINOVANOM</w:t>
            </w:r>
          </w:p>
          <w:p w14:paraId="5FB48F6F" w14:textId="77777777" w:rsidR="003C506D" w:rsidRPr="00622DDE" w:rsidRDefault="00DD0B19">
            <w:pPr>
              <w:spacing w:before="20"/>
              <w:rPr>
                <w:lang w:val="sk-SK"/>
              </w:rPr>
            </w:pPr>
            <w:r w:rsidRPr="00622DDE">
              <w:rPr>
                <w:color w:val="DCE6F1"/>
                <w:sz w:val="17"/>
                <w:lang w:val="sk-SK"/>
              </w:rPr>
              <w:t>Prosíme o vyplnenie údajov nominovaného žiaka / študenta.</w:t>
            </w:r>
          </w:p>
        </w:tc>
      </w:tr>
    </w:tbl>
    <w:p w14:paraId="7988446B" w14:textId="77777777" w:rsidR="003C506D" w:rsidRPr="00622DDE" w:rsidRDefault="003C506D">
      <w:pPr>
        <w:spacing w:after="20"/>
        <w:rPr>
          <w:lang w:val="sk-SK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3C506D" w:rsidRPr="00622DDE" w14:paraId="5DB895A4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B5A71E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b/>
                <w:color w:val="17365D"/>
                <w:sz w:val="18"/>
                <w:lang w:val="sk-SK"/>
              </w:rPr>
              <w:t>Meno a priezvisko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9199F" w14:textId="20C5343A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</w:tr>
      <w:tr w:rsidR="003C506D" w:rsidRPr="00622DDE" w14:paraId="6855D73E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51AD38" w14:textId="6ED8872F" w:rsidR="003C506D" w:rsidRPr="00622DDE" w:rsidRDefault="009702F7">
            <w:pPr>
              <w:rPr>
                <w:lang w:val="sk-SK"/>
              </w:rPr>
            </w:pPr>
            <w:r>
              <w:rPr>
                <w:b/>
                <w:color w:val="17365D"/>
                <w:sz w:val="18"/>
                <w:lang w:val="sk-SK"/>
              </w:rPr>
              <w:t>Dátum naro</w:t>
            </w:r>
            <w:r w:rsidR="00734966">
              <w:rPr>
                <w:b/>
                <w:color w:val="17365D"/>
                <w:sz w:val="18"/>
                <w:lang w:val="sk-SK"/>
              </w:rPr>
              <w:t>denia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6EF265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</w:tr>
      <w:tr w:rsidR="003C506D" w:rsidRPr="00003D33" w14:paraId="3D3D12E4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2F5B76" w14:textId="4999741B" w:rsidR="003C506D" w:rsidRPr="00622DDE" w:rsidRDefault="00EE4F27">
            <w:pPr>
              <w:rPr>
                <w:lang w:val="sk-SK"/>
              </w:rPr>
            </w:pPr>
            <w:r>
              <w:rPr>
                <w:b/>
                <w:color w:val="17365D"/>
                <w:sz w:val="18"/>
                <w:lang w:val="sk-SK"/>
              </w:rPr>
              <w:t xml:space="preserve">Nominácia v odbore 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71A181" w14:textId="77777777" w:rsidR="002A42A1" w:rsidRPr="00003D33" w:rsidRDefault="00000000">
            <w:pPr>
              <w:rPr>
                <w:b/>
                <w:bCs/>
                <w:color w:val="17365D" w:themeColor="text2" w:themeShade="BF"/>
                <w:sz w:val="18"/>
                <w:szCs w:val="18"/>
                <w:lang w:val="sk-SK"/>
              </w:rPr>
            </w:pPr>
            <w:r w:rsidRPr="00003D33">
              <w:rPr>
                <w:b/>
                <w:bCs/>
                <w:color w:val="17365D" w:themeColor="text2" w:themeShade="BF"/>
                <w:sz w:val="18"/>
                <w:szCs w:val="18"/>
                <w:lang w:val="sk-SK"/>
              </w:rPr>
              <w:t>☐ Hudobný odbor    ☐ Tanečný odbor    ☐ Výtvarný odbor</w:t>
            </w:r>
          </w:p>
        </w:tc>
      </w:tr>
      <w:tr w:rsidR="00C557AD" w:rsidRPr="00003D33" w14:paraId="2F224ACE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A1C8E" w14:textId="1F07FDA9" w:rsidR="00C557AD" w:rsidRDefault="00EE4F27">
            <w:pPr>
              <w:rPr>
                <w:b/>
                <w:color w:val="17365D"/>
                <w:sz w:val="18"/>
                <w:lang w:val="sk-SK"/>
              </w:rPr>
            </w:pPr>
            <w:r>
              <w:rPr>
                <w:b/>
                <w:color w:val="17365D"/>
                <w:sz w:val="18"/>
                <w:lang w:val="sk-SK"/>
              </w:rPr>
              <w:t>Kategória nominácie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4DB346" w14:textId="77777777" w:rsidR="002A42A1" w:rsidRPr="00003D33" w:rsidRDefault="00000000">
            <w:pPr>
              <w:rPr>
                <w:b/>
                <w:bCs/>
                <w:color w:val="17365D" w:themeColor="text2" w:themeShade="BF"/>
                <w:sz w:val="18"/>
                <w:szCs w:val="18"/>
                <w:lang w:val="sk-SK"/>
              </w:rPr>
            </w:pPr>
            <w:r w:rsidRPr="00003D33">
              <w:rPr>
                <w:b/>
                <w:bCs/>
                <w:color w:val="17365D" w:themeColor="text2" w:themeShade="BF"/>
                <w:sz w:val="18"/>
                <w:szCs w:val="18"/>
                <w:lang w:val="sk-SK"/>
              </w:rPr>
              <w:t>☐ Hudba    ☐ Spev    ☐ Tanec    ☐ Výtvarné umenie</w:t>
            </w:r>
          </w:p>
        </w:tc>
      </w:tr>
      <w:tr w:rsidR="006C3AD8" w:rsidRPr="00622DDE" w14:paraId="6105B025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AD17A" w14:textId="29173EC3" w:rsidR="006C3AD8" w:rsidRPr="00622DDE" w:rsidRDefault="006C3AD8">
            <w:pPr>
              <w:rPr>
                <w:b/>
                <w:color w:val="17365D"/>
                <w:sz w:val="18"/>
                <w:lang w:val="sk-SK"/>
              </w:rPr>
            </w:pPr>
            <w:r w:rsidRPr="00622DDE">
              <w:rPr>
                <w:b/>
                <w:color w:val="17365D"/>
                <w:sz w:val="18"/>
                <w:lang w:val="sk-SK"/>
              </w:rPr>
              <w:t>Trieda / ročník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23306F" w14:textId="77777777" w:rsidR="006C3AD8" w:rsidRPr="00622DDE" w:rsidRDefault="006C3AD8">
            <w:pPr>
              <w:rPr>
                <w:lang w:val="sk-SK"/>
              </w:rPr>
            </w:pPr>
          </w:p>
        </w:tc>
      </w:tr>
      <w:tr w:rsidR="003C506D" w:rsidRPr="00622DDE" w14:paraId="37A3EC2B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0A9C74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b/>
                <w:color w:val="17365D"/>
                <w:sz w:val="18"/>
                <w:lang w:val="sk-SK"/>
              </w:rPr>
              <w:t>Mesto / obec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20F000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</w:tr>
      <w:tr w:rsidR="003C506D" w:rsidRPr="00003D33" w14:paraId="2A3A5481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A801FE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b/>
                <w:color w:val="17365D"/>
                <w:sz w:val="18"/>
                <w:lang w:val="sk-SK"/>
              </w:rPr>
              <w:t>Kontakt na nominovaného (ak je relevantný)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6134FC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</w:tr>
    </w:tbl>
    <w:p w14:paraId="1AC8B21B" w14:textId="77777777" w:rsidR="003C506D" w:rsidRPr="00622DDE" w:rsidRDefault="003C506D">
      <w:pPr>
        <w:spacing w:after="40"/>
        <w:rPr>
          <w:lang w:val="sk-SK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26"/>
      </w:tblGrid>
      <w:tr w:rsidR="003C506D" w:rsidRPr="00003D33" w14:paraId="47AED77E" w14:textId="77777777">
        <w:trPr>
          <w:jc w:val="center"/>
        </w:trPr>
        <w:tc>
          <w:tcPr>
            <w:tcW w:w="1042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7365D"/>
          </w:tcPr>
          <w:p w14:paraId="20657619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rFonts w:ascii="Aptos Display" w:hAnsi="Aptos Display"/>
                <w:b/>
                <w:color w:val="FFFFFF"/>
                <w:sz w:val="24"/>
                <w:lang w:val="sk-SK"/>
              </w:rPr>
              <w:t>2  |  KTO NOMINUJE</w:t>
            </w:r>
          </w:p>
          <w:p w14:paraId="6F707113" w14:textId="77777777" w:rsidR="003C506D" w:rsidRPr="00622DDE" w:rsidRDefault="00DD0B19">
            <w:pPr>
              <w:spacing w:before="20"/>
              <w:rPr>
                <w:lang w:val="sk-SK"/>
              </w:rPr>
            </w:pPr>
            <w:r w:rsidRPr="00622DDE">
              <w:rPr>
                <w:color w:val="DCE6F1"/>
                <w:sz w:val="17"/>
                <w:lang w:val="sk-SK"/>
              </w:rPr>
              <w:t>Údaje osoby alebo organizácie, ktorá nomináciu predkladá.</w:t>
            </w:r>
          </w:p>
        </w:tc>
      </w:tr>
    </w:tbl>
    <w:p w14:paraId="198DE4B4" w14:textId="77777777" w:rsidR="003C506D" w:rsidRPr="00622DDE" w:rsidRDefault="003C506D">
      <w:pPr>
        <w:spacing w:after="20"/>
        <w:rPr>
          <w:lang w:val="sk-SK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3C506D" w:rsidRPr="00003D33" w14:paraId="510EFADC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8B7E64" w14:textId="1C804900" w:rsidR="003C506D" w:rsidRPr="00622DDE" w:rsidRDefault="007F701D">
            <w:pPr>
              <w:rPr>
                <w:lang w:val="sk-SK"/>
              </w:rPr>
            </w:pPr>
            <w:r>
              <w:rPr>
                <w:b/>
                <w:color w:val="17365D"/>
                <w:sz w:val="18"/>
                <w:lang w:val="sk-SK"/>
              </w:rPr>
              <w:t>Organizácia</w:t>
            </w:r>
            <w:r w:rsidR="009702F7">
              <w:rPr>
                <w:b/>
                <w:color w:val="17365D"/>
                <w:sz w:val="18"/>
                <w:lang w:val="sk-SK"/>
              </w:rPr>
              <w:t xml:space="preserve"> / škola</w:t>
            </w:r>
            <w:r>
              <w:rPr>
                <w:b/>
                <w:color w:val="17365D"/>
                <w:sz w:val="18"/>
                <w:lang w:val="sk-SK"/>
              </w:rPr>
              <w:t>, ktorá nomináciu podáva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7CBA96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</w:tr>
      <w:tr w:rsidR="003C506D" w:rsidRPr="00622DDE" w14:paraId="6B26FAD1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BAB91E" w14:textId="476FBA0B" w:rsidR="003C506D" w:rsidRPr="00622DDE" w:rsidRDefault="007F701D">
            <w:pPr>
              <w:rPr>
                <w:lang w:val="sk-SK"/>
              </w:rPr>
            </w:pPr>
            <w:r>
              <w:rPr>
                <w:b/>
                <w:color w:val="17365D"/>
                <w:sz w:val="18"/>
                <w:lang w:val="sk-SK"/>
              </w:rPr>
              <w:t>Pedagogické vedenie nominanta (učiteľ)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5C7CA8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</w:tr>
      <w:tr w:rsidR="003C506D" w:rsidRPr="00622DDE" w14:paraId="53CE20BD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11032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b/>
                <w:color w:val="17365D"/>
                <w:sz w:val="18"/>
                <w:lang w:val="sk-SK"/>
              </w:rPr>
              <w:t>E-mail / telefón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73A22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</w:tr>
      <w:tr w:rsidR="003C506D" w:rsidRPr="00622DDE" w14:paraId="156FF5D0" w14:textId="77777777">
        <w:trPr>
          <w:jc w:val="center"/>
        </w:trPr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ACC34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b/>
                <w:color w:val="17365D"/>
                <w:sz w:val="18"/>
                <w:lang w:val="sk-SK"/>
              </w:rPr>
              <w:t>Dátum nominácie</w:t>
            </w:r>
          </w:p>
        </w:tc>
        <w:tc>
          <w:tcPr>
            <w:tcW w:w="521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089CB0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</w:tr>
    </w:tbl>
    <w:p w14:paraId="0335F95E" w14:textId="77777777" w:rsidR="003C506D" w:rsidRDefault="003C506D">
      <w:pPr>
        <w:spacing w:after="40"/>
        <w:rPr>
          <w:lang w:val="sk-SK"/>
        </w:rPr>
      </w:pPr>
    </w:p>
    <w:p w14:paraId="2DCD97B3" w14:textId="77777777" w:rsidR="00162A2C" w:rsidRDefault="00162A2C">
      <w:pPr>
        <w:spacing w:after="40"/>
        <w:rPr>
          <w:lang w:val="sk-SK"/>
        </w:rPr>
      </w:pPr>
    </w:p>
    <w:p w14:paraId="419EFCFF" w14:textId="77777777" w:rsidR="00162A2C" w:rsidRPr="00622DDE" w:rsidRDefault="00162A2C">
      <w:pPr>
        <w:spacing w:after="40"/>
        <w:rPr>
          <w:lang w:val="sk-SK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26"/>
      </w:tblGrid>
      <w:tr w:rsidR="003C506D" w:rsidRPr="00003D33" w14:paraId="78426755" w14:textId="77777777">
        <w:trPr>
          <w:jc w:val="center"/>
        </w:trPr>
        <w:tc>
          <w:tcPr>
            <w:tcW w:w="1042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7365D"/>
          </w:tcPr>
          <w:p w14:paraId="48AC4598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rFonts w:ascii="Aptos Display" w:hAnsi="Aptos Display"/>
                <w:b/>
                <w:color w:val="FFFFFF"/>
                <w:sz w:val="24"/>
                <w:lang w:val="sk-SK"/>
              </w:rPr>
              <w:t>3  |  ODÔVODNENIE NOMINÁCIE</w:t>
            </w:r>
          </w:p>
          <w:p w14:paraId="13F6A5C6" w14:textId="77777777" w:rsidR="003C506D" w:rsidRPr="00622DDE" w:rsidRDefault="00DD0B19">
            <w:pPr>
              <w:spacing w:before="20"/>
              <w:rPr>
                <w:lang w:val="sk-SK"/>
              </w:rPr>
            </w:pPr>
            <w:r w:rsidRPr="00622DDE">
              <w:rPr>
                <w:color w:val="DCE6F1"/>
                <w:sz w:val="17"/>
                <w:lang w:val="sk-SK"/>
              </w:rPr>
              <w:t xml:space="preserve">Najdôležitejšia časť nominácie – čo nominovaný dokázal, čím vyniká a prečo si zaslúži Cenu Karola </w:t>
            </w:r>
            <w:proofErr w:type="spellStart"/>
            <w:r w:rsidRPr="00622DDE">
              <w:rPr>
                <w:color w:val="DCE6F1"/>
                <w:sz w:val="17"/>
                <w:lang w:val="sk-SK"/>
              </w:rPr>
              <w:t>Feňveša</w:t>
            </w:r>
            <w:proofErr w:type="spellEnd"/>
            <w:r w:rsidRPr="00622DDE">
              <w:rPr>
                <w:color w:val="DCE6F1"/>
                <w:sz w:val="17"/>
                <w:lang w:val="sk-SK"/>
              </w:rPr>
              <w:t>.</w:t>
            </w:r>
          </w:p>
        </w:tc>
      </w:tr>
    </w:tbl>
    <w:p w14:paraId="26830FE2" w14:textId="77777777" w:rsidR="003C506D" w:rsidRPr="00622DDE" w:rsidRDefault="003C506D">
      <w:pPr>
        <w:spacing w:after="20"/>
        <w:rPr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3C506D" w:rsidRPr="00622DDE" w14:paraId="189624BB" w14:textId="77777777">
        <w:trPr>
          <w:jc w:val="center"/>
        </w:trPr>
        <w:tc>
          <w:tcPr>
            <w:tcW w:w="1042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6F9FC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0D050914" w14:textId="36550A18" w:rsidR="003C506D" w:rsidRPr="00622DDE" w:rsidRDefault="00DD0B19">
            <w:pPr>
              <w:rPr>
                <w:lang w:val="sk-SK"/>
              </w:rPr>
            </w:pPr>
            <w:r w:rsidRPr="00622DDE">
              <w:rPr>
                <w:b/>
                <w:color w:val="17365D"/>
                <w:sz w:val="19"/>
                <w:lang w:val="sk-SK"/>
              </w:rPr>
              <w:t>Odôvodnenie nominácie</w:t>
            </w:r>
          </w:p>
          <w:p w14:paraId="1539EBAE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  <w:p w14:paraId="6A133A84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  <w:p w14:paraId="7EB8BEA7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  <w:p w14:paraId="107711AB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  <w:p w14:paraId="42ED907B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  <w:p w14:paraId="2ECCA3D7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  <w:p w14:paraId="7BB62AD2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  <w:p w14:paraId="1695B194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  <w:p w14:paraId="07CA34D7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  <w:p w14:paraId="7359C6D0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  <w:p w14:paraId="562D07EE" w14:textId="77777777" w:rsidR="003C506D" w:rsidRPr="00622DDE" w:rsidRDefault="00DD0B19">
            <w:pPr>
              <w:keepLines/>
              <w:spacing w:after="0" w:line="240" w:lineRule="auto"/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</w:tr>
    </w:tbl>
    <w:p w14:paraId="530BE9A8" w14:textId="77777777" w:rsidR="003C506D" w:rsidRPr="00622DDE" w:rsidRDefault="003C506D">
      <w:pPr>
        <w:spacing w:after="40"/>
        <w:rPr>
          <w:lang w:val="sk-SK"/>
        </w:rPr>
      </w:pPr>
    </w:p>
    <w:p w14:paraId="460F0E4E" w14:textId="77777777" w:rsidR="003C506D" w:rsidRPr="00622DDE" w:rsidRDefault="003C506D">
      <w:pPr>
        <w:spacing w:after="40"/>
        <w:rPr>
          <w:lang w:val="sk-SK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26"/>
      </w:tblGrid>
      <w:tr w:rsidR="003C506D" w:rsidRPr="00003D33" w14:paraId="6B3AC5A7" w14:textId="77777777">
        <w:trPr>
          <w:jc w:val="center"/>
        </w:trPr>
        <w:tc>
          <w:tcPr>
            <w:tcW w:w="1042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17365D"/>
          </w:tcPr>
          <w:p w14:paraId="4AA4B30E" w14:textId="2EA97018" w:rsidR="003C506D" w:rsidRPr="00622DDE" w:rsidRDefault="009358A3">
            <w:pPr>
              <w:rPr>
                <w:lang w:val="sk-SK"/>
              </w:rPr>
            </w:pPr>
            <w:r>
              <w:rPr>
                <w:rFonts w:ascii="Aptos Display" w:hAnsi="Aptos Display"/>
                <w:b/>
                <w:color w:val="FFFFFF"/>
                <w:sz w:val="24"/>
                <w:lang w:val="sk-SK"/>
              </w:rPr>
              <w:t>4</w:t>
            </w:r>
            <w:r w:rsidR="00DD0B19" w:rsidRPr="00622DDE">
              <w:rPr>
                <w:rFonts w:ascii="Aptos Display" w:hAnsi="Aptos Display"/>
                <w:b/>
                <w:color w:val="FFFFFF"/>
                <w:sz w:val="24"/>
                <w:lang w:val="sk-SK"/>
              </w:rPr>
              <w:t xml:space="preserve">  |  POTVRDENIE</w:t>
            </w:r>
          </w:p>
          <w:p w14:paraId="2B760F6E" w14:textId="77777777" w:rsidR="003C506D" w:rsidRPr="00622DDE" w:rsidRDefault="00DD0B19">
            <w:pPr>
              <w:spacing w:before="20"/>
              <w:rPr>
                <w:lang w:val="sk-SK"/>
              </w:rPr>
            </w:pPr>
            <w:r w:rsidRPr="00622DDE">
              <w:rPr>
                <w:color w:val="DCE6F1"/>
                <w:sz w:val="17"/>
                <w:lang w:val="sk-SK"/>
              </w:rPr>
              <w:t>Podpisom potvrdzujem, že uvedené údaje sú podľa môjho najlepšieho vedomia pravdivé.</w:t>
            </w:r>
          </w:p>
        </w:tc>
      </w:tr>
    </w:tbl>
    <w:p w14:paraId="48BD7793" w14:textId="77777777" w:rsidR="003C506D" w:rsidRPr="00622DDE" w:rsidRDefault="003C506D">
      <w:pPr>
        <w:spacing w:after="20"/>
        <w:rPr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75"/>
        <w:gridCol w:w="3475"/>
        <w:gridCol w:w="3475"/>
      </w:tblGrid>
      <w:tr w:rsidR="003C506D" w:rsidRPr="00622DDE" w14:paraId="75CD6CCB" w14:textId="77777777">
        <w:trPr>
          <w:jc w:val="center"/>
        </w:trPr>
        <w:tc>
          <w:tcPr>
            <w:tcW w:w="347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2F75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A12F6D" w14:textId="77777777" w:rsidR="003C506D" w:rsidRPr="00622DDE" w:rsidRDefault="00DD0B19">
            <w:pPr>
              <w:jc w:val="center"/>
              <w:rPr>
                <w:lang w:val="sk-SK"/>
              </w:rPr>
            </w:pPr>
            <w:r w:rsidRPr="00622DDE">
              <w:rPr>
                <w:b/>
                <w:color w:val="FFFFFF"/>
                <w:sz w:val="18"/>
                <w:lang w:val="sk-SK"/>
              </w:rPr>
              <w:t>Meno a priezvisko</w:t>
            </w:r>
          </w:p>
        </w:tc>
        <w:tc>
          <w:tcPr>
            <w:tcW w:w="347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2F75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A52716" w14:textId="77777777" w:rsidR="003C506D" w:rsidRPr="00622DDE" w:rsidRDefault="00DD0B19">
            <w:pPr>
              <w:jc w:val="center"/>
              <w:rPr>
                <w:lang w:val="sk-SK"/>
              </w:rPr>
            </w:pPr>
            <w:r w:rsidRPr="00622DDE">
              <w:rPr>
                <w:b/>
                <w:color w:val="FFFFFF"/>
                <w:sz w:val="18"/>
                <w:lang w:val="sk-SK"/>
              </w:rPr>
              <w:t>Podpis</w:t>
            </w:r>
          </w:p>
        </w:tc>
        <w:tc>
          <w:tcPr>
            <w:tcW w:w="347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2F75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D9638F" w14:textId="77777777" w:rsidR="003C506D" w:rsidRPr="00622DDE" w:rsidRDefault="00DD0B19">
            <w:pPr>
              <w:jc w:val="center"/>
              <w:rPr>
                <w:lang w:val="sk-SK"/>
              </w:rPr>
            </w:pPr>
            <w:r w:rsidRPr="00622DDE">
              <w:rPr>
                <w:b/>
                <w:color w:val="FFFFFF"/>
                <w:sz w:val="18"/>
                <w:lang w:val="sk-SK"/>
              </w:rPr>
              <w:t>Dátum</w:t>
            </w:r>
          </w:p>
        </w:tc>
      </w:tr>
      <w:tr w:rsidR="003C506D" w:rsidRPr="00622DDE" w14:paraId="66BF1E44" w14:textId="77777777">
        <w:trPr>
          <w:jc w:val="center"/>
        </w:trPr>
        <w:tc>
          <w:tcPr>
            <w:tcW w:w="347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D38DB9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  <w:tc>
          <w:tcPr>
            <w:tcW w:w="347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F0D44A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  <w:tc>
          <w:tcPr>
            <w:tcW w:w="347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CEBCF" w14:textId="77777777" w:rsidR="003C506D" w:rsidRPr="00622DDE" w:rsidRDefault="00DD0B19">
            <w:pPr>
              <w:rPr>
                <w:lang w:val="sk-SK"/>
              </w:rPr>
            </w:pPr>
            <w:r w:rsidRPr="00622DDE">
              <w:rPr>
                <w:lang w:val="sk-SK"/>
              </w:rPr>
              <w:t xml:space="preserve"> </w:t>
            </w:r>
          </w:p>
        </w:tc>
      </w:tr>
    </w:tbl>
    <w:p w14:paraId="0183A022" w14:textId="77777777" w:rsidR="00DD0B19" w:rsidRPr="00622DDE" w:rsidRDefault="00DD0B19">
      <w:pPr>
        <w:rPr>
          <w:lang w:val="sk-SK"/>
        </w:rPr>
      </w:pPr>
    </w:p>
    <w:sectPr w:rsidR="00DD0B19" w:rsidRPr="00622DDE" w:rsidSect="00034616">
      <w:footerReference w:type="default" r:id="rId9"/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BEA9" w14:textId="77777777" w:rsidR="007E4A37" w:rsidRDefault="007E4A37">
      <w:pPr>
        <w:spacing w:after="0" w:line="240" w:lineRule="auto"/>
      </w:pPr>
      <w:r>
        <w:separator/>
      </w:r>
    </w:p>
  </w:endnote>
  <w:endnote w:type="continuationSeparator" w:id="0">
    <w:p w14:paraId="541F9CC4" w14:textId="77777777" w:rsidR="007E4A37" w:rsidRDefault="007E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DAE3" w14:textId="77777777" w:rsidR="003C506D" w:rsidRDefault="00DD0B19">
    <w:pPr>
      <w:pStyle w:val="Pta"/>
      <w:jc w:val="center"/>
    </w:pPr>
    <w:r>
      <w:rPr>
        <w:color w:val="666666"/>
        <w:sz w:val="16"/>
      </w:rPr>
      <w:t xml:space="preserve">Cena Karola </w:t>
    </w:r>
    <w:proofErr w:type="spellStart"/>
    <w:r>
      <w:rPr>
        <w:color w:val="666666"/>
        <w:sz w:val="16"/>
      </w:rPr>
      <w:t>Feňveša</w:t>
    </w:r>
    <w:proofErr w:type="spellEnd"/>
    <w:r>
      <w:rPr>
        <w:color w:val="666666"/>
        <w:sz w:val="16"/>
      </w:rPr>
      <w:t xml:space="preserve"> </w:t>
    </w:r>
    <w:proofErr w:type="gramStart"/>
    <w:r>
      <w:rPr>
        <w:color w:val="666666"/>
        <w:sz w:val="16"/>
      </w:rPr>
      <w:t>2026  •</w:t>
    </w:r>
    <w:proofErr w:type="gramEnd"/>
    <w:r>
      <w:rPr>
        <w:color w:val="666666"/>
        <w:sz w:val="16"/>
      </w:rPr>
      <w:t xml:space="preserve">  Komunitná nadácia Liptov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D751E" w14:textId="77777777" w:rsidR="007E4A37" w:rsidRDefault="007E4A37">
      <w:pPr>
        <w:spacing w:after="0" w:line="240" w:lineRule="auto"/>
      </w:pPr>
      <w:r>
        <w:separator/>
      </w:r>
    </w:p>
  </w:footnote>
  <w:footnote w:type="continuationSeparator" w:id="0">
    <w:p w14:paraId="3B236243" w14:textId="77777777" w:rsidR="007E4A37" w:rsidRDefault="007E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0577344">
    <w:abstractNumId w:val="8"/>
  </w:num>
  <w:num w:numId="2" w16cid:durableId="1656489596">
    <w:abstractNumId w:val="6"/>
  </w:num>
  <w:num w:numId="3" w16cid:durableId="843327860">
    <w:abstractNumId w:val="5"/>
  </w:num>
  <w:num w:numId="4" w16cid:durableId="641228768">
    <w:abstractNumId w:val="4"/>
  </w:num>
  <w:num w:numId="5" w16cid:durableId="129323461">
    <w:abstractNumId w:val="7"/>
  </w:num>
  <w:num w:numId="6" w16cid:durableId="1053385713">
    <w:abstractNumId w:val="3"/>
  </w:num>
  <w:num w:numId="7" w16cid:durableId="65736000">
    <w:abstractNumId w:val="2"/>
  </w:num>
  <w:num w:numId="8" w16cid:durableId="1806270274">
    <w:abstractNumId w:val="1"/>
  </w:num>
  <w:num w:numId="9" w16cid:durableId="132331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D33"/>
    <w:rsid w:val="00034616"/>
    <w:rsid w:val="0006063C"/>
    <w:rsid w:val="0015074B"/>
    <w:rsid w:val="00162A2C"/>
    <w:rsid w:val="0019388B"/>
    <w:rsid w:val="0029639D"/>
    <w:rsid w:val="002A42A1"/>
    <w:rsid w:val="002A42A9"/>
    <w:rsid w:val="00326F90"/>
    <w:rsid w:val="003C506D"/>
    <w:rsid w:val="00464D78"/>
    <w:rsid w:val="00574C53"/>
    <w:rsid w:val="00622DDE"/>
    <w:rsid w:val="006C3AD8"/>
    <w:rsid w:val="00734966"/>
    <w:rsid w:val="007E4A37"/>
    <w:rsid w:val="007F701D"/>
    <w:rsid w:val="009358A3"/>
    <w:rsid w:val="009702F7"/>
    <w:rsid w:val="00AA1D8D"/>
    <w:rsid w:val="00B47730"/>
    <w:rsid w:val="00C557AD"/>
    <w:rsid w:val="00CB0664"/>
    <w:rsid w:val="00DD0B19"/>
    <w:rsid w:val="00E55144"/>
    <w:rsid w:val="00EE4F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AACD6320-3D7F-4BDC-B16F-A0A1C37E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ptos" w:hAnsi="Aptos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Mrlianová</cp:lastModifiedBy>
  <cp:revision>11</cp:revision>
  <dcterms:created xsi:type="dcterms:W3CDTF">2013-12-23T23:15:00Z</dcterms:created>
  <dcterms:modified xsi:type="dcterms:W3CDTF">2026-08-25T05:31:00Z</dcterms:modified>
  <cp:category/>
</cp:coreProperties>
</file>